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הקשר האנושי בלי ידיים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חוקי המשחק ואת 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כישורי עבודת צוות הנדרשים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שיתוף פעולה בלי מגע ובלי מילים מיותרות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לפתור יחד בעיה מסובכת בלי לגעת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חבלים או חוטי צמר באורך מטר וחצי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כשכל הקבוצות מצליחות לפרום את הסבך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לעזוב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הקצה השני צריך להיות אצל מישהו שלא עומד לידו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בהוראות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המשחק מוגדר כמשחק בלי מגע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המשימה המרכזית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מנצחים כשכולם מצליחים, לא לפי מהירות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מקשיבים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התאמות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(תנועה בלי מילים ומילת מפתח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(קבוצות קטנות וחוטים בצבעים שונים)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(חבלים או חוטי צמר)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(לפתור בעיה מסובכת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(כל הקבוצות מצליחות)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מחלקים את הכיתה לקבוצות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אחד מחזיק קצה חוט, הקצה השני אצל מישהו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החוטים יוצרים סבך באמצע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הקבוצה מתאמת ומחליטה יחד על תנועות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מפרימים את הסבך עד שנוצר מעגל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לתפקיד מוביל, הקשבה הדדית ותיאום בלי מילים מיותרות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שמזכירה תיאום מראש, הקשבה, וסבלנות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לפרום סבך חוטים ולהגיע למעגל אחד בלי לעזוב קצה ובלי מגע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כשכל הקבוצות מצליחות לפרום את הסבך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לעולים - תנועה בלי מילים ומילת מפתח אחת, או לחנ״מ - קבוצות קטנות עם חוטים צבעוניים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את המשחק בקצרה לפני מילוי הדף כדי שהתלמידים יבינו טוב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לשוחח על שאלות העיבוד בכיתה אחרי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חנ״מ אפשר לפשט את המשימה הפתוחה לשאלה קצרה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הקשר האנושי בלי ידיים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משחק קבוצתי. בני אדם מחזיקים חוטים שמסתבכים. צריך לעבוד ביחד כדי לפתוח את הסבך בלי לשחרר את החוט.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חוטים מעורבבים ומסובכים אחד בשני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תיאום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משותפת לפי סדר מוסכם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למה שאחרים אומרים ורוצים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עיבוד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אחרי המשחק על מה שקרה ומה למדנו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קטן במשחק כדי שכולם יוכלו להשתתף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שמוביל ומכוון את הקבוצה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חוט צמר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חוט רך שמשמש במשחק במקום ידיים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לפתור יחד בעיה מסובכת בלי לגעת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לרוץ מהר יותר מכל הקבוצות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מעגל על הרצפה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לשיר שיר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צריך כדי לשחק?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כדורים צבעוניים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חבלים או חוטי צמר באורך מטר וחצי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ניירות וטושים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כיסאות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אנשים בכל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המשחק נגמר בניצחון?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כשקבוצה אחת מסיימת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כשכל הקבוצות מצליחות לפרום את הסבך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כשמישהו עוזב את החוט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כשעוברים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אסור לעשות עם החוט?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להחליף מקום איתו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לעזוב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לעבור מעליו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להסתכל עליו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מחזיק קצה חוט, והקצה השני נמצא אצל מי שעומד ממש לידו.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להחליף מקומות רק אחרי שכל הקבוצה מסכימה.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דורש מגע פיזי בין המשתתפים.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היא ליצור מעגל אחד מהסבך של החוטים.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הזה מנצחת הקבוצה המהירה ביותר.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החוטים יוצרים __________ באמצע לפני הפתרון.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מותר לעבור מעל ומתחת לחוטים רק אחרי __________ קבוצתית.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ההתאמה לעולים מדגימה בתנועה בלי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מילת המפתח שנותנים לעולים היא 'רגע, __________'.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ההתאמה לחנ״מ היא קבוצות של __________ וחוטים בצבעים שונים.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התאמות למשחק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התאמה לעולים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חבלים או חוטי צמר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התאמה לחנ״מ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תנועה בלי מילים ומילת מפתח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ציוד נדרש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לפתור בעיה מסובכת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מטרת המשחק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 הקבוצות מצליחות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תנאי לניצחון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קבוצות קטנות וחוטים בצבעים שונים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מחזיק קצה חוט, הקצה השני אצל מישהו רחוק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החוטים יוצרים סבך באמצע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מתאמת ומחליטה יחד על תנועות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מפרימים את הסבך עד שנוצר מעגל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מחלקים את הכיתה לקבוצות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שאלות העיבוד של המשחק: מי לדעתכם היה צריך לקחת פיקוד בקבוצה כזו, ומה יכול לעזור לקבוצה להקשיב טוב יותר?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הייתם משנים בדרך שבה הקבוצה שלכם פעלה, כדי להצליח בפעם הבאה מהר ובלי בלבול?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המשחק 'הקשר האנושי בלי ידיים'?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קבוצה מנצחת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התאמה אחת שמופיעה במשחק ולמי היא מיועדת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הקשר האנושי בלי ידיים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