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הקשר האנושי בלי ידיים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 ואת 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כישורי עבודת צוות הנדרשים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שיתוף פעולה בלי מגע ובלי מילים מיותרות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לפתור יחד בעיה מסובכת בלי לגעת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חבלים או חוטי צמר באורך מטר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הקצה השני צריך להיות אצל מישהו שלא עומד לידו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בהוראות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מוגדר כמשחק בלי מגע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התאמות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(תנועה בלי מילים ומילת מפתח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(קבוצות קטנות וחוטים בצבעים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(חבלים או חוטי צמר)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(לפתור בעיה מסובכת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את הכיתה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מחזיק קצה חוט, הקצה השני אצל מישהו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החוטים יוצרים סבך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מתאמת ומחליטה יחד על תנועות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לתפקיד מוביל, הקשבה הדדית ותיאום בלי מילים מיותרות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לפרום סבך חוטים ולהגיע למעגל אחד בלי לעזוב קצה ובלי מגע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כשכל הקבוצות מצליחות לפרום את הסבך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לעולים - תנועה בלי מילים ומילת מפתח אחת, או לחנ״מ - קבוצות קטנות עם חוטים 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בקצרה לפני מילוי הדף כדי שהתלמידים יבינו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על שאלות העיבוד בכיתה אחרי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אפשר לפשט את המשימה הפתוחה לשאלה קצרה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הקשר האנושי בלי ידיים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חוקי משחק הגיבוש 'הקשר האנושי בלי ידיים', משחק שבו קבוצה צריכה לפרום סבך של חוטים בעזרת הקשבה ותיאום, בלי לעזוב את קצה החוט.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מילים  ·  הסכמה  ·  סבך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לפתור יחד בעיה מסובכת בלי לגעת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לרוץ מהר יותר מכל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מעגל על הרצפה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הציוד הדרוש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חבלים או חוטי צמר באורך מטר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ניירות וטושים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לכמה אנשים מחלקים כל קבוצה (לפי ההוראות הרגילות)?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מחזיק קצה חוט, והקצה השני נמצא אצל מי שעומד ממש לידו.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להחליף מקומות רק אחרי שכל הקבוצה מסכימה.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דורש מגע פיזי בין המשתתפים.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החוטים יוצרים __________ באמצע לפני הפתרון.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מותר לעבור מעל ומתחת לחוטים רק אחרי __________ קבוצתית.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ההתאמה לעולים מדגימה בתנועה בלי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התאמות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התאמה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לפתור בעיה מסובכת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התאמה לחנ״מ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חבלים או חוטי צמר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ציוד נדרש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קבוצות קטנות וחוטים בצבעים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מטרת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תנועה בלי מילים ומילת מפתח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מחזיק קצה חוט, הקצה השני אצל מישהו רחוק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החוטים יוצרים סבך באמצע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מתאמת ומחליטה יחד על תנועות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מחלקים את הכיתה לקבוצות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שאלות העיבוד של המשחק: מי לדעתכם היה צריך לקחת פיקוד בקבוצה כזו, ומה יכול לעזור לקבוצה להקשיב טוב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המשחק 'הקשר האנושי בלי ידיים'?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קבוצה מנצחת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הקשר האנושי בלי ידיים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